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Ata de Reunião — Alteração de Endereço</w:t>
      </w:r>
    </w:p>
    <w:p>
      <w:r>
        <w:rPr>
          <w:b/>
        </w:rPr>
        <w:t>[RAZÃO SOCIAL] — CNPJ nº [_____] — NIRE [_____]</w:t>
      </w:r>
    </w:p>
    <w:p>
      <w:r>
        <w:rPr>
          <w:b w:val="0"/>
        </w:rPr>
        <w:t>Data, hora e local: [dd/mm/aaaa], [__:__] h, na sede social, [endereço atual].</w:t>
      </w:r>
    </w:p>
    <w:p>
      <w:r>
        <w:rPr>
          <w:b w:val="0"/>
        </w:rPr>
        <w:t>Convocação: Dispensada, presentes a totalidade dos sócios.</w:t>
      </w:r>
    </w:p>
    <w:p>
      <w:r>
        <w:rPr>
          <w:b w:val="0"/>
        </w:rPr>
        <w:t>Ordem do dia: Deliberar sobre a alteração do endereço da sede social.</w:t>
      </w:r>
    </w:p>
    <w:p>
      <w:r>
        <w:rPr>
          <w:b/>
        </w:rPr>
        <w:t>Deliberação:</w:t>
      </w:r>
    </w:p>
    <w:p>
      <w:r>
        <w:rPr>
          <w:b w:val="0"/>
        </w:rPr>
        <w:t>Os sócios aprovam, por unanimidade, a alteração do endereço da sede social, que passa a ser: [novo endereço completo — logradouro, nº, complemento, bairro, cidade/UF, CEP].</w:t>
      </w:r>
    </w:p>
    <w:p>
      <w:r>
        <w:rPr>
          <w:b w:val="0"/>
        </w:rPr>
        <w:t>A administração fica autorizada a promover a respectiva alteração contratual perante a Junta Comercial, a Receita Federal e demais órgãos.</w:t>
      </w:r>
    </w:p>
    <w:p>
      <w:r>
        <w:rPr>
          <w:b w:val="0"/>
        </w:rPr>
        <w:t>Encerramento: Nada mais havendo a tratar, foi lavrada a presente ata.</w:t>
      </w:r>
    </w:p>
    <w:p>
      <w:r>
        <w:rPr>
          <w:b w:val="0"/>
        </w:rPr>
        <w:br/>
        <w:t>[Cidade], [__] de [_____] de [ano].</w:t>
        <w:br/>
      </w:r>
    </w:p>
    <w:p>
      <w:r>
        <w:rPr>
          <w:b w:val="0"/>
        </w:rPr>
        <w:t>_______________________________     _______________________________</w:t>
      </w:r>
    </w:p>
    <w:p>
      <w:r>
        <w:rPr>
          <w:b w:val="0"/>
        </w:rPr>
        <w:t>Sócio 1                                                      Sócio 2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