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Ata de Reunião de Sócios</w:t>
      </w:r>
    </w:p>
    <w:p>
      <w:r>
        <w:rPr>
          <w:b/>
        </w:rPr>
        <w:t>[RAZÃO SOCIAL] — CNPJ nº [_____] — NIRE [_____]</w:t>
      </w:r>
    </w:p>
    <w:p>
      <w:r>
        <w:rPr>
          <w:b w:val="0"/>
        </w:rPr>
        <w:t>Data, hora e local: Aos [__] dias do mês de [_____] de [ano], às [__:__] horas, na sede social, situada em [endereço].</w:t>
      </w:r>
    </w:p>
    <w:p>
      <w:r>
        <w:rPr>
          <w:b w:val="0"/>
        </w:rPr>
        <w:t>Convocação: Dispensada, por estarem presentes sócios representando a totalidade do capital social.</w:t>
      </w:r>
    </w:p>
    <w:p>
      <w:r>
        <w:rPr>
          <w:b w:val="0"/>
        </w:rPr>
        <w:t>Presença: [Nome do sócio 1], titular de [__]% das quotas; [Nome do sócio 2], titular de [__]% das quotas.</w:t>
      </w:r>
    </w:p>
    <w:p>
      <w:r>
        <w:rPr>
          <w:b w:val="0"/>
        </w:rPr>
        <w:t>Mesa: Presidente — [nome]; Secretário(a) — [nome].</w:t>
      </w:r>
    </w:p>
    <w:p>
      <w:r>
        <w:rPr>
          <w:b/>
        </w:rPr>
        <w:t>Ordem do dia:</w:t>
      </w:r>
    </w:p>
    <w:p>
      <w:r>
        <w:rPr>
          <w:b w:val="0"/>
        </w:rPr>
        <w:t>1) [Descrever o item — ex.: aprovação das contas do exercício];</w:t>
      </w:r>
    </w:p>
    <w:p>
      <w:r>
        <w:rPr>
          <w:b w:val="0"/>
        </w:rPr>
        <w:t>2) [Descrever o item — ex.: distribuição de lucros];</w:t>
      </w:r>
    </w:p>
    <w:p>
      <w:r>
        <w:rPr>
          <w:b w:val="0"/>
        </w:rPr>
        <w:t>3) Assuntos gerais.</w:t>
      </w:r>
    </w:p>
    <w:p>
      <w:r>
        <w:rPr>
          <w:b/>
        </w:rPr>
        <w:t>Deliberações:</w:t>
      </w:r>
    </w:p>
    <w:p>
      <w:r>
        <w:rPr>
          <w:b w:val="0"/>
        </w:rPr>
        <w:t>1) Aprovadas por unanimidade [descrever a decisão].</w:t>
      </w:r>
    </w:p>
    <w:p>
      <w:r>
        <w:rPr>
          <w:b w:val="0"/>
        </w:rPr>
        <w:t>2) Deliberou-se [descrever a decisão, com valores e prazos, se houver].</w:t>
      </w:r>
    </w:p>
    <w:p>
      <w:r>
        <w:rPr>
          <w:b w:val="0"/>
        </w:rPr>
        <w:t>3) [Registrar assuntos gerais ou constar 'nada a registrar'].</w:t>
      </w:r>
    </w:p>
    <w:p>
      <w:r>
        <w:rPr>
          <w:b w:val="0"/>
        </w:rPr>
        <w:t>Encerramento: Nada mais havendo a tratar, foi lavrada a presente ata, que lida e achada conforme, vai assinada por todos os presentes.</w:t>
      </w:r>
    </w:p>
    <w:p>
      <w:r>
        <w:rPr>
          <w:b w:val="0"/>
        </w:rPr>
        <w:br/>
        <w:t>[Cidade], [__] de [_____] de [ano].</w:t>
        <w:br/>
      </w:r>
    </w:p>
    <w:p>
      <w:r>
        <w:rPr>
          <w:b w:val="0"/>
        </w:rPr>
        <w:t>_______________________________     _______________________________</w:t>
      </w:r>
    </w:p>
    <w:p>
      <w:r>
        <w:rPr>
          <w:b w:val="0"/>
        </w:rPr>
        <w:t>Sócio 1                                                      Sócio 2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