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rFonts w:ascii="Arial" w:hAnsi="Arial"/>
        </w:rPr>
        <w:t>Contrato de Prestação de Serviços</w:t>
      </w:r>
    </w:p>
    <w:p>
      <w:r>
        <w:rPr>
          <w:b w:val="0"/>
        </w:rPr>
        <w:t>Por este instrumento particular, as partes:</w:t>
      </w:r>
    </w:p>
    <w:p>
      <w:r>
        <w:rPr>
          <w:b w:val="0"/>
        </w:rPr>
        <w:t>CONTRATANTE: [Razão social], CNPJ nº [__________], com sede em [endereço], neste ato representada por [nome], [qualificação];</w:t>
      </w:r>
    </w:p>
    <w:p>
      <w:r>
        <w:rPr>
          <w:b w:val="0"/>
        </w:rPr>
        <w:t>CONTRATADA: [Razão social], CNPJ nº [__________], com sede em [endereço], neste ato representada por [nome], [qualificação];</w:t>
      </w:r>
    </w:p>
    <w:p>
      <w:r>
        <w:rPr>
          <w:b w:val="0"/>
        </w:rPr>
        <w:t>têm entre si justo e contratado o quanto segue:</w:t>
      </w:r>
    </w:p>
    <w:p>
      <w:r>
        <w:rPr>
          <w:b/>
        </w:rPr>
        <w:t>CLÁUSULA 1ª — OBJETO</w:t>
      </w:r>
    </w:p>
    <w:p>
      <w:r>
        <w:rPr>
          <w:b w:val="0"/>
        </w:rPr>
        <w:t>A CONTRATADA prestará à CONTRATANTE os serviços de [descrever o serviço com clareza — escopo, entregáveis, prazos e exclusões].</w:t>
      </w:r>
    </w:p>
    <w:p>
      <w:r>
        <w:rPr>
          <w:b/>
        </w:rPr>
        <w:t>CLÁUSULA 2ª — PRAZO</w:t>
      </w:r>
    </w:p>
    <w:p>
      <w:r>
        <w:rPr>
          <w:b w:val="0"/>
        </w:rPr>
        <w:t>O presente contrato vigora pelo prazo de [__] meses, iniciando-se em [data], podendo ser renovado por igual período mediante aditivo escrito.</w:t>
      </w:r>
    </w:p>
    <w:p>
      <w:r>
        <w:rPr>
          <w:b/>
        </w:rPr>
        <w:t>CLÁUSULA 3ª — PREÇO E FORMA DE PAGAMENTO</w:t>
      </w:r>
    </w:p>
    <w:p>
      <w:r>
        <w:rPr>
          <w:b w:val="0"/>
        </w:rPr>
        <w:t>Pelos serviços prestados a CONTRATANTE pagará à CONTRATADA o valor de R$ [_____], em [__] parcelas de R$ [_____], vencendo a primeira em [data], mediante boleto bancário / PIX / transferência para a conta indicada pela CONTRATADA.</w:t>
      </w:r>
    </w:p>
    <w:p>
      <w:r>
        <w:rPr>
          <w:b/>
        </w:rPr>
        <w:t>CLÁUSULA 4ª — OBRIGAÇÕES DA CONTRATADA</w:t>
      </w:r>
    </w:p>
    <w:p>
      <w:r>
        <w:rPr>
          <w:b w:val="0"/>
        </w:rPr>
        <w:t>Executar os serviços com zelo, diligência e observância às normas técnicas aplicáveis; manter sigilo sobre informações da CONTRATANTE; emitir nota fiscal correspondente a cada pagamento.</w:t>
      </w:r>
    </w:p>
    <w:p>
      <w:r>
        <w:rPr>
          <w:b/>
        </w:rPr>
        <w:t>CLÁUSULA 5ª — OBRIGAÇÕES DA CONTRATANTE</w:t>
      </w:r>
    </w:p>
    <w:p>
      <w:r>
        <w:rPr>
          <w:b w:val="0"/>
        </w:rPr>
        <w:t>Fornecer as informações e o acesso necessários à execução dos serviços; efetuar os pagamentos nos prazos ajustados.</w:t>
      </w:r>
    </w:p>
    <w:p>
      <w:r>
        <w:rPr>
          <w:b/>
        </w:rPr>
        <w:t>CLÁUSULA 6ª — RESCISÃO</w:t>
      </w:r>
    </w:p>
    <w:p>
      <w:r>
        <w:rPr>
          <w:b w:val="0"/>
        </w:rPr>
        <w:t>O contrato poderá ser rescindido por qualquer das partes mediante aviso prévio de 30 (trinta) dias; ou de imediato em caso de descumprimento contratual não sanado em até 10 (dez) dias após notificação.</w:t>
      </w:r>
    </w:p>
    <w:p>
      <w:r>
        <w:rPr>
          <w:b/>
        </w:rPr>
        <w:t>CLÁUSULA 7ª — MULTA</w:t>
      </w:r>
    </w:p>
    <w:p>
      <w:r>
        <w:rPr>
          <w:b w:val="0"/>
        </w:rPr>
        <w:t>O descumprimento de qualquer cláusula sujeita a parte infratora à multa de 10% (dez por cento) sobre o valor total do contrato, sem prejuízo das perdas e danos.</w:t>
      </w:r>
    </w:p>
    <w:p>
      <w:r>
        <w:rPr>
          <w:b/>
        </w:rPr>
        <w:t>CLÁUSULA 8ª — FORO</w:t>
      </w:r>
    </w:p>
    <w:p>
      <w:r>
        <w:rPr>
          <w:b w:val="0"/>
        </w:rPr>
        <w:t>Fica eleito o foro da comarca de [cidade/UF], com renúncia expressa a qualquer outro, por mais privilegiado que seja.</w:t>
      </w:r>
    </w:p>
    <w:p>
      <w:r>
        <w:rPr>
          <w:b w:val="0"/>
        </w:rPr>
        <w:t>E, por estarem justas e contratadas, assinam o presente instrumento em duas vias de igual teor.</w:t>
      </w:r>
    </w:p>
    <w:p>
      <w:r>
        <w:rPr>
          <w:b w:val="0"/>
        </w:rPr>
        <w:br/>
        <w:t>[Cidade], [__] de [mês] de [ano].</w:t>
        <w:br/>
      </w:r>
    </w:p>
    <w:p>
      <w:r>
        <w:rPr>
          <w:b w:val="0"/>
        </w:rPr>
        <w:t>_______________________________     _______________________________</w:t>
      </w:r>
    </w:p>
    <w:p>
      <w:r>
        <w:rPr>
          <w:b w:val="0"/>
        </w:rPr>
        <w:t>CONTRATANTE                                             CONTRATADA</w:t>
      </w:r>
    </w:p>
    <w:p/>
    <w:p>
      <w:r>
        <w:rPr>
          <w:b w:val="0"/>
        </w:rPr>
        <w:t>____________________________________________________________</w:t>
      </w:r>
    </w:p>
    <w:p>
      <w:r>
        <w:rPr>
          <w:b w:val="0"/>
          <w:i/>
        </w:rPr>
        <w:t>Modelo cedido gratuitamente por Indaiatuba Contabilidade — www.indaiatubacontabilidade.com.br. Confira com seu contador ou advogado antes de assinar.</w:t>
      </w:r>
    </w:p>
    <w:sectPr w:rsidR="00FC693F" w:rsidRPr="0006063C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