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</w:rPr>
        <w:t>Procuração — Instrumento Particular</w:t>
      </w:r>
    </w:p>
    <w:p>
      <w:r>
        <w:rPr>
          <w:b w:val="0"/>
        </w:rPr>
        <w:t>OUTORGANTE: [Nome/Razão social], [nacionalidade/qualificação], CPF/CNPJ nº [_____], residente/sediada em [endereço].</w:t>
      </w:r>
    </w:p>
    <w:p>
      <w:r>
        <w:rPr>
          <w:b w:val="0"/>
        </w:rPr>
        <w:t>OUTORGADO: [Nome], [nacionalidade/qualificação], CPF nº [_____], residente em [endereço].</w:t>
      </w:r>
    </w:p>
    <w:p>
      <w:r>
        <w:rPr>
          <w:b w:val="0"/>
        </w:rPr>
        <w:t>PODERES: Pelo presente instrumento particular de procuração, o OUTORGANTE nomeia e constitui seu bastante procurador o OUTORGADO, a quem confere amplos poderes para representá-lo perante [órgão/entidade — ex.: Receita Federal, Junta Comercial, bancos, prefeitura], podendo assinar documentos, requerer certidões, prestar informações, efetuar pagamentos e praticar todos os atos necessários ao fiel cumprimento do presente mandato.</w:t>
      </w:r>
    </w:p>
    <w:p>
      <w:r>
        <w:rPr>
          <w:b w:val="0"/>
        </w:rPr>
        <w:t>VALIDADE: Esta procuração terá validade de [__] meses contados desta data.</w:t>
      </w:r>
    </w:p>
    <w:p>
      <w:r>
        <w:rPr>
          <w:b w:val="0"/>
        </w:rPr>
        <w:br/>
        <w:t>[Cidade], [__] de [mês] de [ano].</w:t>
        <w:br/>
      </w:r>
    </w:p>
    <w:p>
      <w:r>
        <w:rPr>
          <w:b w:val="0"/>
        </w:rPr>
        <w:t>_______________________________</w:t>
      </w:r>
    </w:p>
    <w:p>
      <w:r>
        <w:rPr>
          <w:b w:val="0"/>
        </w:rPr>
        <w:t>OUTORGANTE</w:t>
      </w:r>
    </w:p>
    <w:p/>
    <w:p>
      <w:r>
        <w:rPr>
          <w:b w:val="0"/>
        </w:rPr>
        <w:t>____________________________________________________________</w:t>
      </w:r>
    </w:p>
    <w:p>
      <w:r>
        <w:rPr>
          <w:b w:val="0"/>
          <w:i/>
        </w:rPr>
        <w:t>Modelo cedido gratuitamente por Indaiatuba Contabilidade — www.indaiatubacontabilidade.com.br. Confira com seu contador ou advogado antes de assinar.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